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סמיכות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נסמך וסומך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שייכות פרודה לשייכות 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נסמך וסומך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בתי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הנסמך הוא המילה הראשונה בצירוף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שייכות פרודה לשייכות 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(חדרנו)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הרבים בצירוף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הנסמך, המילה הראשונה בצירוף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הופכים את הנסמך לצורת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משאירים את הסומך ללא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את שתי המילים מחדש ובודקים שהצירוף נשמע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ראשון ומשתנה, סומך שני ולא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פרודה - עם של, חבורה - 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עונה על 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השמיעה של הצירוף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מהכרטיס בית-בית ספר-בתי ספר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סמיכות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צירופי סמיכות (נסמך וסומך), נלמד להבדיל בין שייכות פרודה לשייכות חבורה, ונכיר את תואר הפועל שמתאר איך נעשית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בתי  ·  של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נסמך וסומך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במילה בית ספר מהי הנסמך?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הרבים הנכון של 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בתים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בצירוף סמיכות הנסמך הוא תמיד המילה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ה' הידיעה בסמיכות מתווספת לסומך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בית ספר ברבים: __________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הספר __________ דני הוא דוגמה לשייכות פרודה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שייכות פרודה לשייכות 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הספר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חדרנו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הבית 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מחברתי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המחברת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החדר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הרבים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הופכים את הנסמך לצורת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את הנסמך, המילה הראשונה בצירוף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מחברים את שתי המילים מחדש ובודקים שהצירוף נשמע טבעי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משאירים את הסומך ללא שינוי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נסמך לסומך?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לשייכות פרודה ולשייכות 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סמיכות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