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סמיכות ושייכות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נסמך וסומך בצירוף סמיכות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שייכות פרודה לשייכות חבורה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ולהשתמש בתואר הפועל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נסמך וסומך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אוכל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בית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בתי 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ספרו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איך?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הנסמך הוא המילה הראשונה בצירוף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כמו בית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זו הגדרת שייכות פרודה, חבורה היא סיומת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מהר מתאר איך הוא רץ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חדרי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כיתות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חבורה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שייכות פרודה לשייכות חבורה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(ספרו)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(ביתה)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(מחברתי)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(חדרנו)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(ילדם)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בניית הרבים בצירוף סמיכות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מזהים את הנסמך, המילה הראשונה בצירוף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הופכים את הנסמך לצורת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משאירים את הסומך ללא שינוי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מחברים את שתי המילים מחדש ובודקים שהצירוף נשמע טבעי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שלושה צירופי סמיכות נכונים עם צורת רבים/שייכות תקינה, למשל ילקוט תלמיד - ילקוטו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נסמך ראשון ומשתנה, סומך שני ולא משתנה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פרודה - עם של, חבורה - סיומת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תואר הפועל עונה על איך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בעל פה לפני הכתיבה כדי לחזק את השמיעה של הצירוף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דוגמה אחת מהכרטיס בית-בית ספר-בתי ספר לפני תחילת 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סמיכות ושייכות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שתי מילים שהופכות למילה אחת (סמיכות), ועל מילים שמראות של מי משהו (שייכות).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סמיכות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צירוף של שתי מילים שיוצר יחד משמעות אחת, למשל בית ספר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נסמך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הראשונה בצירוף הסמיכות, היא שמשתנה בריבוי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סומך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השנייה בצירוף הסמיכות, היא לא משתנה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שייכות פרודה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שייכות שנכתבת במילה נפרדת, כמו הספר של דני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שייכות חבורה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שייכות שמתווספת כסיומת למילה, כמו ספרו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יידוע בסמיכות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ה' הידיעה מתווספת לסומך ולא לנסמך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תואר הפועל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איך נעשית הפעולה, למשל רץ מהר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נסמך וסומך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היא הנסמך בצירוף בית 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נסמך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היא הסומך בצירוף חדר אוכל?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חדר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סומך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שמים את ה' הידיעה בצירוף בית 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 ספר 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כותבים בית ספר ברבים?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 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בתי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בתים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בתי 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מראה שייכות בלי המילה של?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הספר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הבית של דני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המחברת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על איזו שאלה עונה תואר הפועל?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למה?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בצירוף סמיכות הנסמך הוא תמיד המילה האחרונה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ה' הידיעה בסמיכות מתווספת לסומך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שייכות חבורה מבוטאת במילה נפרדת של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תואר הפועל יכול לתאר כיצד נעשית פעולה, למשל רץ מהר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בית ספר ברבים: __________ 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חדר אוכל ברבים: __________ אוכל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כיתת לימוד ברבים: __________ לימוד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הספר __________ דני הוא דוגמה לשייכות פרודה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המילה ספרו היא דוגמה לשייכות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שייכות פרודה לשייכות חבורה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הספר שלו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חדרנו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הבית שלה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מחברתי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המחברת שלי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ספרו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החדר שלנו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ילדם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הילד שלהם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ביתה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בניית הרבים בצירוף סמיכות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מחברים את שתי המילים מחדש ובודקים שהצירוף נשמע טבעי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משאירים את הסומך ללא שינוי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הופכים את הנסמך לצורת רבים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מזהים את הנסמך, המילה הראשונה בצירוף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צירופי סמיכות הקשורים לכיתה שלכם (למשל: ילקוט תלמיד), ולכל אחד כתבו גם צורת שייכות חבורה מתאימה אם אפשר.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נסמך לסומך?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לשייכות פרודה ולשייכות חבורה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עם תואר הפועל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סמיכות ושייכות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