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סמיכות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נסמך וסומך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שייכות פרודה לשייכות 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נסמך וסומך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איך?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הנסמך הוא המילה הראשונה בצירוף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הגדרת שייכות פרודה, חבורה היא סיומת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מהר מתאר איך הוא 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שייכות פרודה לשייכות 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(חדרנו)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(ילדם)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הרבים בצירוף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הנסמך, המילה הראשונה בצירוף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הופכים את הנסמך לצורת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משאירים את הסומך ללא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את שתי המילים מחדש ובודקים שהצירוף נשמע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צירופי סמיכות נכונים עם צורת רבים/שייכות תקינה, למשל ילקוט תלמיד - ילקוטו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ראשון ומשתנה, סומך שני ולא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פרודה - עם של, חבורה - 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עונה על 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השמיעה של הצירוף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מהכרטיס בית-בית ספר-בתי ספר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סמיכות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צירופי סמיכות (נסמך וסומך), נלמד להבדיל בין שייכות פרודה לשייכות חבורה, ונכיר את תואר הפועל שמתאר איך נעשית פעולה.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נסמך וסומך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במילה בית ספר מהי הנסמך?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הסומך בצירוף חדר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יתווסף ה' הידיעה לצירוף 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הרבים הנכון של 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בתי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ביטוי מדגים שייכות חבורה?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של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המחברת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תואר הפועל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הנסמך הוא תמיד המילה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הידיעה בסמיכות מתווספת לסומך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חבורה מבוטאת במילה נפרדת של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יכול לתאר כיצד נעשית פעולה, למשל רץ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ספר ברבים: __________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חדר אוכל ברבים: __________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כיתת לימוד ברבים: __________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__________ דני הוא דוגמה לשייכות פרודה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ספרו היא דוגמה לשייכות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שייכות פרודה לשייכות 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הספר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הבית 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המחברת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חדרנו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החדר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הילד שלהם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הרבים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את הנסמך לצורת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משאירים את הסומך ללא שינוי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את שתי המילים מחדש ובודקים שהצירוף נשמע טבעי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הנסמך, המילה הראשונה בצירוף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צירופי סמיכות הקשורים לכיתה שלכם (למשל: ילקוט תלמיד), ולכל אחד כתבו גם צורת שייכות חבורה מתאימה אם אפשר.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נסמך לסומך?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לשייכות פרודה ולשייכות 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תואר הפועל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סמיכות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